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F32" w:rsidRDefault="00937B46" w:rsidP="00F16F4D">
      <w:pPr>
        <w:pStyle w:val="Heading1"/>
        <w:jc w:val="center"/>
      </w:pPr>
      <w:r>
        <w:t xml:space="preserve">Parent View Survey </w:t>
      </w:r>
      <w:r w:rsidR="00C03072">
        <w:t>2025-26</w:t>
      </w:r>
      <w:r w:rsidR="00883EA2">
        <w:t xml:space="preserve"> Results, 36 responses </w:t>
      </w:r>
      <w:r w:rsidR="00E3601D">
        <w:t>received</w:t>
      </w:r>
    </w:p>
    <w:p w:rsidR="00DE3F32" w:rsidRPr="00937B46" w:rsidRDefault="00F117A8" w:rsidP="00F117A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Response papers kept in a folder in the school office.</w:t>
      </w:r>
    </w:p>
    <w:tbl>
      <w:tblPr>
        <w:tblStyle w:val="TableGrid"/>
        <w:tblW w:w="0" w:type="auto"/>
        <w:tblInd w:w="-885" w:type="dxa"/>
        <w:tblLook w:val="04A0" w:firstRow="1" w:lastRow="0" w:firstColumn="1" w:lastColumn="0" w:noHBand="0" w:noVBand="1"/>
      </w:tblPr>
      <w:tblGrid>
        <w:gridCol w:w="2383"/>
        <w:gridCol w:w="1203"/>
        <w:gridCol w:w="1164"/>
        <w:gridCol w:w="1186"/>
        <w:gridCol w:w="1215"/>
        <w:gridCol w:w="1215"/>
        <w:gridCol w:w="1155"/>
      </w:tblGrid>
      <w:tr w:rsidR="00DE3F32" w:rsidRPr="00937B46" w:rsidTr="00937B46">
        <w:tc>
          <w:tcPr>
            <w:tcW w:w="2468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Question</w:t>
            </w:r>
          </w:p>
        </w:tc>
        <w:tc>
          <w:tcPr>
            <w:tcW w:w="1218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Strongly Agree</w:t>
            </w:r>
          </w:p>
        </w:tc>
        <w:tc>
          <w:tcPr>
            <w:tcW w:w="1201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Agree</w:t>
            </w:r>
          </w:p>
        </w:tc>
        <w:tc>
          <w:tcPr>
            <w:tcW w:w="1213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Neither</w:t>
            </w:r>
          </w:p>
        </w:tc>
        <w:tc>
          <w:tcPr>
            <w:tcW w:w="1220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Disagree</w:t>
            </w:r>
          </w:p>
        </w:tc>
        <w:tc>
          <w:tcPr>
            <w:tcW w:w="1220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Strongly Disagree</w:t>
            </w:r>
          </w:p>
        </w:tc>
        <w:tc>
          <w:tcPr>
            <w:tcW w:w="1201" w:type="dxa"/>
          </w:tcPr>
          <w:p w:rsidR="00DE3F32" w:rsidRPr="00937B46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Don't Know</w:t>
            </w: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My child is happy at this school.</w:t>
            </w:r>
          </w:p>
          <w:p w:rsidR="007565E7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94</w:t>
            </w:r>
            <w:r w:rsidR="007565E7" w:rsidRPr="00414EC2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883EA2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20" w:type="dxa"/>
          </w:tcPr>
          <w:p w:rsidR="00DE3F32" w:rsidRDefault="003E3C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My child feels safe at this school.</w:t>
            </w:r>
          </w:p>
          <w:p w:rsidR="007565E7" w:rsidRPr="00937B46" w:rsidRDefault="007565E7">
            <w:pPr>
              <w:rPr>
                <w:rFonts w:ascii="Arial" w:hAnsi="Arial" w:cs="Arial"/>
                <w:sz w:val="24"/>
                <w:szCs w:val="24"/>
              </w:rPr>
            </w:pPr>
            <w:r w:rsidRPr="00414EC2">
              <w:rPr>
                <w:rFonts w:ascii="Arial" w:hAnsi="Arial" w:cs="Arial"/>
                <w:color w:val="00B050"/>
                <w:sz w:val="24"/>
                <w:szCs w:val="24"/>
              </w:rPr>
              <w:t>94% SA/A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3E3C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Default="00243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The school makes sure its pupils are well behaved.</w:t>
            </w:r>
          </w:p>
          <w:p w:rsidR="007565E7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92</w:t>
            </w:r>
            <w:r w:rsidR="007565E7" w:rsidRPr="00414EC2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</w:p>
        </w:tc>
        <w:tc>
          <w:tcPr>
            <w:tcW w:w="1218" w:type="dxa"/>
          </w:tcPr>
          <w:p w:rsidR="00DE3F32" w:rsidRDefault="00471AE7" w:rsidP="00941794">
            <w:pPr>
              <w:tabs>
                <w:tab w:val="left" w:pos="74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883EA2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362B06" w:rsidRPr="00937B46" w:rsidRDefault="00883EA2" w:rsidP="00941794">
            <w:pPr>
              <w:tabs>
                <w:tab w:val="left" w:pos="74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362B06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 xml:space="preserve">Has </w:t>
            </w:r>
            <w:r w:rsidR="00C03072">
              <w:rPr>
                <w:rFonts w:ascii="Arial" w:hAnsi="Arial" w:cs="Arial"/>
                <w:sz w:val="24"/>
                <w:szCs w:val="24"/>
              </w:rPr>
              <w:t xml:space="preserve">your child been bullied at this </w:t>
            </w:r>
            <w:r w:rsidRPr="00937B46">
              <w:rPr>
                <w:rFonts w:ascii="Arial" w:hAnsi="Arial" w:cs="Arial"/>
                <w:sz w:val="24"/>
                <w:szCs w:val="24"/>
              </w:rPr>
              <w:t>school?</w:t>
            </w:r>
          </w:p>
          <w:p w:rsidR="00414EC2" w:rsidRPr="00937B46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8</w:t>
            </w:r>
            <w:r w:rsidR="00D94B39">
              <w:rPr>
                <w:rFonts w:ascii="Arial" w:hAnsi="Arial" w:cs="Arial"/>
                <w:color w:val="00B050"/>
                <w:sz w:val="24"/>
                <w:szCs w:val="24"/>
              </w:rPr>
              <w:t>.5</w:t>
            </w:r>
            <w:r w:rsidR="00414EC2" w:rsidRPr="00414EC2">
              <w:rPr>
                <w:rFonts w:ascii="Arial" w:hAnsi="Arial" w:cs="Arial"/>
                <w:color w:val="00B050"/>
                <w:sz w:val="24"/>
                <w:szCs w:val="24"/>
              </w:rPr>
              <w:t xml:space="preserve">% </w:t>
            </w:r>
            <w:r w:rsidR="00D94B39">
              <w:rPr>
                <w:rFonts w:ascii="Arial" w:hAnsi="Arial" w:cs="Arial"/>
                <w:color w:val="00B050"/>
                <w:sz w:val="24"/>
                <w:szCs w:val="24"/>
              </w:rPr>
              <w:t>SA/</w:t>
            </w:r>
            <w:r w:rsidR="00414EC2" w:rsidRPr="00414EC2">
              <w:rPr>
                <w:rFonts w:ascii="Arial" w:hAnsi="Arial" w:cs="Arial"/>
                <w:color w:val="00B050"/>
                <w:sz w:val="24"/>
                <w:szCs w:val="24"/>
              </w:rPr>
              <w:t>A</w:t>
            </w:r>
            <w:r w:rsidR="00D94B39">
              <w:rPr>
                <w:rFonts w:ascii="Arial" w:hAnsi="Arial" w:cs="Arial"/>
                <w:color w:val="00B050"/>
                <w:sz w:val="24"/>
                <w:szCs w:val="24"/>
              </w:rPr>
              <w:t>,72% SDA/DA, 5.5% Neither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5B0CE9" w:rsidRPr="00937B46" w:rsidRDefault="005B0C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01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362B06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471A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362B06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20" w:type="dxa"/>
          </w:tcPr>
          <w:p w:rsidR="00DE3F32" w:rsidRDefault="005B0C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362B06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20" w:type="dxa"/>
          </w:tcPr>
          <w:p w:rsidR="00DE3F32" w:rsidRDefault="005B0C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  <w:p w:rsidR="00362B06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362B06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362B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If yes: When the bullying took place, the school dealt with it quickly and effectively.</w:t>
            </w:r>
          </w:p>
          <w:p w:rsidR="00414EC2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 xml:space="preserve"> 1 agreed, 2 disagreed</w:t>
            </w:r>
          </w:p>
        </w:tc>
        <w:tc>
          <w:tcPr>
            <w:tcW w:w="1218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Default="005166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3" w:type="dxa"/>
          </w:tcPr>
          <w:p w:rsidR="00DE3F32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D94B39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Does your child have Special Educational Needs and/or Disabilities (SEND)?</w:t>
            </w:r>
          </w:p>
          <w:p w:rsidR="00414EC2" w:rsidRPr="00937B46" w:rsidRDefault="00414EC2">
            <w:pPr>
              <w:rPr>
                <w:rFonts w:ascii="Arial" w:hAnsi="Arial" w:cs="Arial"/>
                <w:sz w:val="24"/>
                <w:szCs w:val="24"/>
              </w:rPr>
            </w:pPr>
            <w:r w:rsidRPr="00414EC2">
              <w:rPr>
                <w:rFonts w:ascii="Arial" w:hAnsi="Arial" w:cs="Arial"/>
                <w:color w:val="00B050"/>
                <w:sz w:val="24"/>
                <w:szCs w:val="24"/>
              </w:rPr>
              <w:t xml:space="preserve">9% </w:t>
            </w:r>
            <w:r w:rsidR="00D94B39">
              <w:rPr>
                <w:rFonts w:ascii="Arial" w:hAnsi="Arial" w:cs="Arial"/>
                <w:color w:val="00B050"/>
                <w:sz w:val="24"/>
                <w:szCs w:val="24"/>
              </w:rPr>
              <w:t xml:space="preserve">SA/ </w:t>
            </w:r>
            <w:r w:rsidRPr="00414EC2">
              <w:rPr>
                <w:rFonts w:ascii="Arial" w:hAnsi="Arial" w:cs="Arial"/>
                <w:color w:val="00B050"/>
                <w:sz w:val="24"/>
                <w:szCs w:val="24"/>
              </w:rPr>
              <w:t>Agreed</w:t>
            </w:r>
          </w:p>
        </w:tc>
        <w:tc>
          <w:tcPr>
            <w:tcW w:w="1218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01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6%</w:t>
            </w:r>
          </w:p>
        </w:tc>
        <w:tc>
          <w:tcPr>
            <w:tcW w:w="1213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If yes: The school gives them the support they need to succeed.</w:t>
            </w:r>
          </w:p>
          <w:p w:rsidR="007565E7" w:rsidRPr="00937B46" w:rsidRDefault="007565E7">
            <w:pPr>
              <w:rPr>
                <w:rFonts w:ascii="Arial" w:hAnsi="Arial" w:cs="Arial"/>
                <w:sz w:val="24"/>
                <w:szCs w:val="24"/>
              </w:rPr>
            </w:pPr>
            <w:r w:rsidRPr="00414EC2">
              <w:rPr>
                <w:rFonts w:ascii="Arial" w:hAnsi="Arial" w:cs="Arial"/>
                <w:color w:val="00B050"/>
                <w:sz w:val="24"/>
                <w:szCs w:val="24"/>
              </w:rPr>
              <w:t>100% SA/A</w:t>
            </w:r>
          </w:p>
        </w:tc>
        <w:tc>
          <w:tcPr>
            <w:tcW w:w="1218" w:type="dxa"/>
          </w:tcPr>
          <w:p w:rsidR="00DE3F32" w:rsidRDefault="00471A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</w:t>
            </w:r>
            <w:r w:rsidR="00497A32">
              <w:rPr>
                <w:rFonts w:ascii="Arial" w:hAnsi="Arial" w:cs="Arial"/>
                <w:sz w:val="24"/>
                <w:szCs w:val="24"/>
              </w:rPr>
              <w:t>.5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362B06" w:rsidRPr="00937B46" w:rsidRDefault="00362B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497A32">
              <w:rPr>
                <w:rFonts w:ascii="Arial" w:hAnsi="Arial" w:cs="Arial"/>
                <w:sz w:val="24"/>
                <w:szCs w:val="24"/>
              </w:rPr>
              <w:t>.5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The school communicates well with me about the things I need to know.</w:t>
            </w:r>
          </w:p>
          <w:p w:rsidR="00414EC2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89</w:t>
            </w:r>
            <w:r w:rsidR="00414EC2" w:rsidRPr="00414EC2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  <w:r>
              <w:rPr>
                <w:rFonts w:ascii="Arial" w:hAnsi="Arial" w:cs="Arial"/>
                <w:color w:val="00B050"/>
                <w:sz w:val="24"/>
                <w:szCs w:val="24"/>
              </w:rPr>
              <w:t>, 8.5% DA/SA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  <w:p w:rsidR="003B6F0F" w:rsidRPr="00937B46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D94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2434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565E7" w:rsidRPr="00937B46" w:rsidRDefault="007565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20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7565E7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</w:t>
            </w:r>
            <w:r w:rsidR="007565E7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20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E3601D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lastRenderedPageBreak/>
              <w:t>When I have raised concerns with the school, they have been dealt with properly.</w:t>
            </w:r>
          </w:p>
          <w:p w:rsidR="007565E7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86</w:t>
            </w:r>
            <w:r w:rsidR="007565E7" w:rsidRPr="00414EC2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  <w:r>
              <w:rPr>
                <w:rFonts w:ascii="Arial" w:hAnsi="Arial" w:cs="Arial"/>
                <w:color w:val="00B050"/>
                <w:sz w:val="24"/>
                <w:szCs w:val="24"/>
              </w:rPr>
              <w:t xml:space="preserve"> 5</w:t>
            </w:r>
            <w:r w:rsidR="002A1F18">
              <w:rPr>
                <w:rFonts w:ascii="Arial" w:hAnsi="Arial" w:cs="Arial"/>
                <w:color w:val="00B050"/>
                <w:sz w:val="24"/>
                <w:szCs w:val="24"/>
              </w:rPr>
              <w:t>.</w:t>
            </w:r>
            <w:r>
              <w:rPr>
                <w:rFonts w:ascii="Arial" w:hAnsi="Arial" w:cs="Arial"/>
                <w:color w:val="00B050"/>
                <w:sz w:val="24"/>
                <w:szCs w:val="24"/>
              </w:rPr>
              <w:t>5% DA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3B6F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471A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8.5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20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E3601D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When the school makes decisions, it has the child's best interests at heart.</w:t>
            </w:r>
          </w:p>
          <w:p w:rsidR="007565E7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88.5</w:t>
            </w:r>
            <w:r w:rsidR="007565E7" w:rsidRPr="007565E7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55.5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471A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  <w:p w:rsidR="003B6F0F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3B6F0F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E3601D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5.5%</w:t>
            </w:r>
          </w:p>
        </w:tc>
        <w:tc>
          <w:tcPr>
            <w:tcW w:w="1220" w:type="dxa"/>
          </w:tcPr>
          <w:p w:rsidR="00DE3F32" w:rsidRDefault="009417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3B6F0F" w:rsidRPr="00937B46" w:rsidRDefault="003B6F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3B6F0F" w:rsidRDefault="003B6F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DE3F32" w:rsidRDefault="003B6F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3%</w:t>
            </w:r>
          </w:p>
          <w:p w:rsidR="003B6F0F" w:rsidRPr="00937B46" w:rsidRDefault="003B6F0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The school gives my child the right support to enable them to learn well.</w:t>
            </w:r>
          </w:p>
          <w:p w:rsidR="007565E7" w:rsidRPr="00937B46" w:rsidRDefault="007565E7">
            <w:pPr>
              <w:rPr>
                <w:rFonts w:ascii="Arial" w:hAnsi="Arial" w:cs="Arial"/>
                <w:sz w:val="24"/>
                <w:szCs w:val="24"/>
              </w:rPr>
            </w:pPr>
            <w:r w:rsidRPr="00E3601D">
              <w:rPr>
                <w:rFonts w:ascii="Arial" w:hAnsi="Arial" w:cs="Arial"/>
                <w:color w:val="00B050"/>
                <w:sz w:val="24"/>
                <w:szCs w:val="24"/>
              </w:rPr>
              <w:t>100% SA/A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  <w:p w:rsidR="004030F5" w:rsidRPr="00937B46" w:rsidRDefault="004030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61%</w:t>
            </w:r>
          </w:p>
        </w:tc>
        <w:tc>
          <w:tcPr>
            <w:tcW w:w="1201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  <w:p w:rsidR="004030F5" w:rsidRPr="00937B46" w:rsidRDefault="004030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39%</w:t>
            </w:r>
          </w:p>
        </w:tc>
        <w:tc>
          <w:tcPr>
            <w:tcW w:w="1213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F32" w:rsidRPr="00937B46" w:rsidTr="00937B46">
        <w:tc>
          <w:tcPr>
            <w:tcW w:w="2468" w:type="dxa"/>
          </w:tcPr>
          <w:p w:rsidR="00DE3F32" w:rsidRDefault="00937B46">
            <w:pPr>
              <w:rPr>
                <w:rFonts w:ascii="Arial" w:hAnsi="Arial" w:cs="Arial"/>
                <w:sz w:val="24"/>
                <w:szCs w:val="24"/>
              </w:rPr>
            </w:pPr>
            <w:r w:rsidRPr="00937B46">
              <w:rPr>
                <w:rFonts w:ascii="Arial" w:hAnsi="Arial" w:cs="Arial"/>
                <w:sz w:val="24"/>
                <w:szCs w:val="24"/>
              </w:rPr>
              <w:t>Would you recommend this school to another parent?</w:t>
            </w:r>
          </w:p>
          <w:p w:rsidR="007565E7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B050"/>
                <w:sz w:val="24"/>
                <w:szCs w:val="24"/>
              </w:rPr>
              <w:t>94.5</w:t>
            </w:r>
            <w:r w:rsidR="007565E7" w:rsidRPr="007565E7">
              <w:rPr>
                <w:rFonts w:ascii="Arial" w:hAnsi="Arial" w:cs="Arial"/>
                <w:color w:val="00B050"/>
                <w:sz w:val="24"/>
                <w:szCs w:val="24"/>
              </w:rPr>
              <w:t>% SA/A</w:t>
            </w:r>
          </w:p>
        </w:tc>
        <w:tc>
          <w:tcPr>
            <w:tcW w:w="1218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  <w:p w:rsidR="004030F5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4030F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01" w:type="dxa"/>
          </w:tcPr>
          <w:p w:rsidR="00DE3F32" w:rsidRDefault="00471A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  <w:p w:rsidR="004030F5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19.5</w:t>
            </w:r>
            <w:r w:rsidR="004030F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13" w:type="dxa"/>
          </w:tcPr>
          <w:p w:rsidR="00DE3F32" w:rsidRDefault="00883E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E3601D" w:rsidRPr="00937B46" w:rsidRDefault="00E3601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5.5%</w:t>
            </w: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0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</w:tcPr>
          <w:p w:rsidR="00DE3F32" w:rsidRPr="00937B46" w:rsidRDefault="00DE3F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117A8" w:rsidRDefault="00F117A8">
      <w:pPr>
        <w:rPr>
          <w:rFonts w:ascii="Arial" w:hAnsi="Arial" w:cs="Arial"/>
          <w:sz w:val="24"/>
          <w:szCs w:val="24"/>
        </w:rPr>
      </w:pPr>
    </w:p>
    <w:p w:rsidR="00FF754B" w:rsidRPr="00FF754B" w:rsidRDefault="00FF754B" w:rsidP="00FF754B">
      <w:pPr>
        <w:rPr>
          <w:rFonts w:ascii="Arial" w:hAnsi="Arial" w:cs="Arial"/>
          <w:sz w:val="24"/>
          <w:szCs w:val="24"/>
        </w:rPr>
      </w:pPr>
    </w:p>
    <w:sectPr w:rsidR="00FF754B" w:rsidRPr="00FF754B" w:rsidSect="00C030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0" w:right="1797" w:bottom="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B32" w:rsidRDefault="00AE4B32" w:rsidP="00937B46">
      <w:pPr>
        <w:spacing w:after="0" w:line="240" w:lineRule="auto"/>
      </w:pPr>
      <w:r>
        <w:separator/>
      </w:r>
    </w:p>
  </w:endnote>
  <w:endnote w:type="continuationSeparator" w:id="0">
    <w:p w:rsidR="00AE4B32" w:rsidRDefault="00AE4B32" w:rsidP="0093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86" w:rsidRDefault="00452E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86" w:rsidRDefault="00452E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86" w:rsidRDefault="00452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B32" w:rsidRDefault="00AE4B32" w:rsidP="00937B46">
      <w:pPr>
        <w:spacing w:after="0" w:line="240" w:lineRule="auto"/>
      </w:pPr>
      <w:r>
        <w:separator/>
      </w:r>
    </w:p>
  </w:footnote>
  <w:footnote w:type="continuationSeparator" w:id="0">
    <w:p w:rsidR="00AE4B32" w:rsidRDefault="00AE4B32" w:rsidP="00937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86" w:rsidRDefault="00452E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46" w:rsidRDefault="00937B46" w:rsidP="00C03072">
    <w:pPr>
      <w:pStyle w:val="Header"/>
      <w:tabs>
        <w:tab w:val="clear" w:pos="4680"/>
        <w:tab w:val="clear" w:pos="9360"/>
        <w:tab w:val="left" w:pos="1272"/>
      </w:tabs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86" w:rsidRDefault="00452E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326C93"/>
    <w:multiLevelType w:val="hybridMultilevel"/>
    <w:tmpl w:val="67884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408AC"/>
    <w:multiLevelType w:val="hybridMultilevel"/>
    <w:tmpl w:val="BC8CD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C6ACF"/>
    <w:multiLevelType w:val="hybridMultilevel"/>
    <w:tmpl w:val="AF6C6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D09F7"/>
    <w:rsid w:val="001D284E"/>
    <w:rsid w:val="0024342C"/>
    <w:rsid w:val="0029639D"/>
    <w:rsid w:val="002A1F18"/>
    <w:rsid w:val="00326F90"/>
    <w:rsid w:val="00362B06"/>
    <w:rsid w:val="003A48FF"/>
    <w:rsid w:val="003A7501"/>
    <w:rsid w:val="003B6F0F"/>
    <w:rsid w:val="003E3CBF"/>
    <w:rsid w:val="004030F5"/>
    <w:rsid w:val="00414EC2"/>
    <w:rsid w:val="00452E86"/>
    <w:rsid w:val="00471AE7"/>
    <w:rsid w:val="00497A32"/>
    <w:rsid w:val="00512515"/>
    <w:rsid w:val="00516620"/>
    <w:rsid w:val="005B0CE9"/>
    <w:rsid w:val="00624D67"/>
    <w:rsid w:val="00676465"/>
    <w:rsid w:val="006F0739"/>
    <w:rsid w:val="007565E7"/>
    <w:rsid w:val="00764DCD"/>
    <w:rsid w:val="007D60F5"/>
    <w:rsid w:val="00883EA2"/>
    <w:rsid w:val="008F0639"/>
    <w:rsid w:val="008F506A"/>
    <w:rsid w:val="009265BB"/>
    <w:rsid w:val="00937B46"/>
    <w:rsid w:val="00941794"/>
    <w:rsid w:val="0098278D"/>
    <w:rsid w:val="00A70B98"/>
    <w:rsid w:val="00AA1D8D"/>
    <w:rsid w:val="00AE4B32"/>
    <w:rsid w:val="00AF09A8"/>
    <w:rsid w:val="00B32F15"/>
    <w:rsid w:val="00B47730"/>
    <w:rsid w:val="00B6383A"/>
    <w:rsid w:val="00BD058E"/>
    <w:rsid w:val="00C03072"/>
    <w:rsid w:val="00C642E7"/>
    <w:rsid w:val="00CB0664"/>
    <w:rsid w:val="00D934A1"/>
    <w:rsid w:val="00D94B39"/>
    <w:rsid w:val="00DE3F32"/>
    <w:rsid w:val="00E11030"/>
    <w:rsid w:val="00E3601D"/>
    <w:rsid w:val="00E77B51"/>
    <w:rsid w:val="00EF229B"/>
    <w:rsid w:val="00F117A8"/>
    <w:rsid w:val="00F16F4D"/>
    <w:rsid w:val="00FC693F"/>
    <w:rsid w:val="00FF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88D066"/>
  <w14:defaultImageDpi w14:val="300"/>
  <w15:docId w15:val="{54571A91-DD15-4E55-85F3-3F64B988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406152-D82E-43FF-B0AA-AFD46328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2043, head</cp:lastModifiedBy>
  <cp:revision>2</cp:revision>
  <dcterms:created xsi:type="dcterms:W3CDTF">2026-09-30T10:42:00Z</dcterms:created>
  <dcterms:modified xsi:type="dcterms:W3CDTF">2026-09-30T10:42:00Z</dcterms:modified>
  <cp:category/>
</cp:coreProperties>
</file>